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8"/>
              </w:rPr>
              <w:t>[Dein Logo]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[Dein Firmenname]</w:t>
              <w:br/>
              <w:t>[Straße Hausnummer]</w:t>
              <w:br/>
              <w:t>[PLZ Ort]</w:t>
              <w:br/>
              <w:t>[Telefon] · [E-Mail]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4"/>
              </w:rPr>
              <w:t>[Dein Firmenname] · [Straße Hausnummer] · [PLZ Ort]</w:t>
              <w:br/>
            </w:r>
            <w:r>
              <w:rPr>
                <w:b w:val="0"/>
                <w:sz w:val="20"/>
              </w:rPr>
              <w:t>Frau</w:t>
              <w:br/>
              <w:t>Erika Muster</w:t>
              <w:br/>
              <w:t>Musterweg 3</w:t>
              <w:br/>
              <w:t>12345 Musterstadt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Datum: __________</w:t>
              <w:br/>
              <w:t>Kundennummer: K-1017</w:t>
              <w:br/>
              <w:t>Rechnungsnummer: RE-2026-0107</w:t>
              <w:br/>
              <w:t>Rechnungsdatum: 10.11.2026</w:t>
            </w:r>
          </w:p>
        </w:tc>
      </w:tr>
    </w:tbl>
    <w:p/>
    <w:p>
      <w:r>
        <w:rPr>
          <w:b/>
          <w:color w:val="A61703"/>
          <w:sz w:val="34"/>
        </w:rPr>
        <w:t>Zahlungserinnerung</w:t>
      </w:r>
    </w:p>
    <w:p>
      <w:r>
        <w:rPr>
          <w:b w:val="0"/>
          <w:sz w:val="20"/>
        </w:rPr>
        <w:t>Sehr geehrte Frau Muster,</w:t>
      </w:r>
    </w:p>
    <w:p>
      <w:r>
        <w:rPr>
          <w:b w:val="0"/>
          <w:sz w:val="20"/>
        </w:rPr>
        <w:t>sicher ist es Ihrer Aufmerksamkeit entgangen: Zu unserer Rechnung RE-2026-0107 vom 10.11.2026 über 2.025,14 € konnten wir bis heute keinen Zahlungseingang feststellen.</w:t>
      </w:r>
    </w:p>
    <w:p>
      <w:r>
        <w:rPr>
          <w:b w:val="0"/>
          <w:sz w:val="20"/>
        </w:rPr>
        <w:t>Bitte überweisen Sie den offenen Betrag bis zum [Datum] auf das unten genannte Konto. Sollten Sie die Zahlung inzwischen veranlasst haben, betrachten Sie dieses Schreiben bitte als gegenstandslos.</w:t>
      </w:r>
    </w:p>
    <w:p>
      <w:r>
        <w:rPr>
          <w:b w:val="0"/>
          <w:sz w:val="20"/>
        </w:rPr>
        <w:t>Mit freundlichen Grüßen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</w:tr>
      <w:tr>
        <w:tc>
          <w:tcPr>
            <w:tcW w:type="dxa" w:w="9752"/>
          </w:tcPr>
          <w:p>
            <w:r>
              <w:rPr>
                <w:b w:val="0"/>
                <w:color w:val="6B6461"/>
                <w:sz w:val="16"/>
              </w:rPr>
              <w:t>[Name], [Firmenname]</w:t>
            </w:r>
          </w:p>
        </w:tc>
      </w:tr>
    </w:tbl>
    <w:p/>
    <w:p>
      <w:r>
        <w:br w:type="page"/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8"/>
              </w:rPr>
              <w:t>[Dein Logo]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[Dein Firmenname]</w:t>
              <w:br/>
              <w:t>[Straße Hausnummer]</w:t>
              <w:br/>
              <w:t>[PLZ Ort]</w:t>
              <w:br/>
              <w:t>[Telefon] · [E-Mail]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4"/>
              </w:rPr>
              <w:t>[Dein Firmenname] · [Straße Hausnummer] · [PLZ Ort]</w:t>
              <w:br/>
            </w:r>
            <w:r>
              <w:rPr>
                <w:b w:val="0"/>
                <w:sz w:val="20"/>
              </w:rPr>
              <w:t>Frau</w:t>
              <w:br/>
              <w:t>Erika Muster</w:t>
              <w:br/>
              <w:t>Musterweg 3</w:t>
              <w:br/>
              <w:t>12345 Musterstadt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Datum: __________</w:t>
              <w:br/>
              <w:t>Kundennummer: K-1017</w:t>
              <w:br/>
              <w:t>Rechnungsnummer: RE-2026-0107</w:t>
              <w:br/>
              <w:t>Rechnungsdatum: 10.11.2026</w:t>
            </w:r>
          </w:p>
        </w:tc>
      </w:tr>
    </w:tbl>
    <w:p/>
    <w:p>
      <w:r>
        <w:rPr>
          <w:b/>
          <w:color w:val="A61703"/>
          <w:sz w:val="34"/>
        </w:rPr>
        <w:t>1. Mahnung</w:t>
      </w:r>
    </w:p>
    <w:p>
      <w:r>
        <w:rPr>
          <w:b w:val="0"/>
          <w:sz w:val="20"/>
        </w:rPr>
        <w:t>Sehr geehrte Frau Muster,</w:t>
      </w:r>
    </w:p>
    <w:p>
      <w:r>
        <w:rPr>
          <w:b w:val="0"/>
          <w:sz w:val="20"/>
        </w:rPr>
        <w:t>leider haben Sie auf unsere Zahlungserinnerung vom [Datum] nicht reagiert. Die folgende Rechnung ist weiterhin offen: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2926"/>
            <w:shd w:val="clear" w:fill="F3EEEB"/>
          </w:tcPr>
          <w:p>
            <w:r>
              <w:rPr>
                <w:b/>
                <w:sz w:val="18"/>
              </w:rPr>
              <w:t>Rechnung</w:t>
            </w:r>
          </w:p>
        </w:tc>
        <w:tc>
          <w:tcPr>
            <w:tcW w:type="dxa" w:w="1950"/>
            <w:shd w:val="clear" w:fill="F3EEEB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1950"/>
            <w:shd w:val="clear" w:fill="F3EEEB"/>
          </w:tcPr>
          <w:p>
            <w:r>
              <w:rPr>
                <w:b/>
                <w:sz w:val="18"/>
              </w:rPr>
              <w:t>Fällig seit</w:t>
            </w:r>
          </w:p>
        </w:tc>
        <w:tc>
          <w:tcPr>
            <w:tcW w:type="dxa" w:w="2926"/>
            <w:shd w:val="clear" w:fill="F3EEEB"/>
          </w:tcPr>
          <w:p>
            <w:r>
              <w:rPr>
                <w:b/>
                <w:sz w:val="18"/>
              </w:rPr>
              <w:t>Betrag</w:t>
            </w:r>
          </w:p>
        </w:tc>
      </w:tr>
      <w:tr>
        <w:tc>
          <w:tcPr>
            <w:tcW w:type="dxa" w:w="2926"/>
          </w:tcPr>
          <w:p>
            <w:r>
              <w:rPr>
                <w:b w:val="0"/>
                <w:sz w:val="18"/>
              </w:rPr>
              <w:t>RE-2026-0107</w:t>
            </w:r>
          </w:p>
        </w:tc>
        <w:tc>
          <w:tcPr>
            <w:tcW w:type="dxa" w:w="1950"/>
          </w:tcPr>
          <w:p>
            <w:r>
              <w:rPr>
                <w:b w:val="0"/>
                <w:sz w:val="18"/>
              </w:rPr>
              <w:t>10.11.2026</w:t>
            </w:r>
          </w:p>
        </w:tc>
        <w:tc>
          <w:tcPr>
            <w:tcW w:type="dxa" w:w="1950"/>
          </w:tcPr>
          <w:p>
            <w:r>
              <w:rPr>
                <w:b w:val="0"/>
                <w:sz w:val="18"/>
              </w:rPr>
              <w:t>24.11.2026</w:t>
            </w:r>
          </w:p>
        </w:tc>
        <w:tc>
          <w:tcPr>
            <w:tcW w:type="dxa" w:w="2926"/>
          </w:tcPr>
          <w:p>
            <w:r>
              <w:rPr>
                <w:b w:val="0"/>
                <w:sz w:val="18"/>
              </w:rPr>
              <w:t>2.025,14 €</w:t>
            </w:r>
          </w:p>
        </w:tc>
      </w:tr>
    </w:tbl>
    <w:p/>
    <w:p>
      <w:r>
        <w:rPr>
          <w:b w:val="0"/>
          <w:sz w:val="20"/>
        </w:rPr>
        <w:t>Wir bitten Sie, den Betrag bis spätestens [Datum, 7–10 Tage] zu überweisen. Spätestens mit Zugang dieser Mahnung befinden Sie sich in Verzug (§ 286 BGB).</w:t>
      </w:r>
    </w:p>
    <w:p>
      <w:r>
        <w:rPr>
          <w:b w:val="0"/>
          <w:sz w:val="20"/>
        </w:rPr>
        <w:t>Mit freundlichen Grüßen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</w:tr>
      <w:tr>
        <w:tc>
          <w:tcPr>
            <w:tcW w:type="dxa" w:w="9752"/>
          </w:tcPr>
          <w:p>
            <w:r>
              <w:rPr>
                <w:b w:val="0"/>
                <w:color w:val="6B6461"/>
                <w:sz w:val="16"/>
              </w:rPr>
              <w:t>[Name], [Firmenname]</w:t>
            </w:r>
          </w:p>
        </w:tc>
      </w:tr>
    </w:tbl>
    <w:p/>
    <w:p>
      <w:r>
        <w:br w:type="page"/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8"/>
              </w:rPr>
              <w:t>[Dein Logo]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[Dein Firmenname]</w:t>
              <w:br/>
              <w:t>[Straße Hausnummer]</w:t>
              <w:br/>
              <w:t>[PLZ Ort]</w:t>
              <w:br/>
              <w:t>[Telefon] · [E-Mail]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4"/>
              </w:rPr>
              <w:t>[Dein Firmenname] · [Straße Hausnummer] · [PLZ Ort]</w:t>
              <w:br/>
            </w:r>
            <w:r>
              <w:rPr>
                <w:b w:val="0"/>
                <w:sz w:val="20"/>
              </w:rPr>
              <w:t>Frau</w:t>
              <w:br/>
              <w:t>Erika Muster</w:t>
              <w:br/>
              <w:t>Musterweg 3</w:t>
              <w:br/>
              <w:t>12345 Musterstadt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Datum: __________</w:t>
              <w:br/>
              <w:t>Kundennummer: K-1017</w:t>
              <w:br/>
              <w:t>Rechnungsnummer: RE-2026-0107</w:t>
              <w:br/>
              <w:t>Rechnungsdatum: 10.11.2026</w:t>
            </w:r>
          </w:p>
        </w:tc>
      </w:tr>
    </w:tbl>
    <w:p/>
    <w:p>
      <w:r>
        <w:rPr>
          <w:b/>
          <w:color w:val="A61703"/>
          <w:sz w:val="34"/>
        </w:rPr>
        <w:t>Letzte Mahnung</w:t>
      </w:r>
    </w:p>
    <w:p>
      <w:r>
        <w:rPr>
          <w:b w:val="0"/>
          <w:sz w:val="20"/>
        </w:rPr>
        <w:t>Sehr geehrte Frau Muster,</w:t>
      </w:r>
    </w:p>
    <w:p>
      <w:r>
        <w:rPr>
          <w:b w:val="0"/>
          <w:sz w:val="20"/>
        </w:rPr>
        <w:t>trotz Zahlungserinnerung und Mahnung ist unsere Rechnung RE-2026-0107 noch immer nicht beglichen. Seit dem [Verzugsbeginn] befinden Sie sich in Zahlungsverzug.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6826"/>
            <w:shd w:val="clear" w:fill="F3EEEB"/>
          </w:tcPr>
          <w:p>
            <w:r>
              <w:rPr>
                <w:b/>
                <w:sz w:val="18"/>
              </w:rPr>
              <w:t>Forderung</w:t>
            </w:r>
          </w:p>
        </w:tc>
        <w:tc>
          <w:tcPr>
            <w:tcW w:type="dxa" w:w="2926"/>
            <w:shd w:val="clear" w:fill="F3EEEB"/>
          </w:tcPr>
          <w:p>
            <w:r>
              <w:rPr>
                <w:b/>
                <w:sz w:val="18"/>
              </w:rPr>
              <w:t>Betrag</w:t>
            </w:r>
          </w:p>
        </w:tc>
      </w:tr>
      <w:tr>
        <w:tc>
          <w:tcPr>
            <w:tcW w:type="dxa" w:w="6826"/>
          </w:tcPr>
          <w:p>
            <w:r>
              <w:rPr>
                <w:b w:val="0"/>
                <w:sz w:val="18"/>
              </w:rPr>
              <w:t>Rechnungsbetrag RE-2026-0107</w:t>
            </w:r>
          </w:p>
        </w:tc>
        <w:tc>
          <w:tcPr>
            <w:tcW w:type="dxa" w:w="2926"/>
          </w:tcPr>
          <w:p>
            <w:r>
              <w:rPr>
                <w:b w:val="0"/>
                <w:sz w:val="18"/>
              </w:rPr>
              <w:t>2.025,14 €</w:t>
            </w:r>
          </w:p>
        </w:tc>
      </w:tr>
      <w:tr>
        <w:tc>
          <w:tcPr>
            <w:tcW w:type="dxa" w:w="6826"/>
          </w:tcPr>
          <w:p>
            <w:r>
              <w:rPr>
                <w:b w:val="0"/>
                <w:sz w:val="18"/>
              </w:rPr>
              <w:t>Verzugszinsen (5 %-Punkte über Basiszins, § 288 BGB)</w:t>
            </w:r>
          </w:p>
        </w:tc>
        <w:tc>
          <w:tcPr>
            <w:tcW w:type="dxa" w:w="2926"/>
          </w:tcPr>
          <w:p>
            <w:r>
              <w:rPr>
                <w:b w:val="0"/>
                <w:sz w:val="18"/>
              </w:rPr>
              <w:t>[Betrag] €</w:t>
            </w:r>
          </w:p>
        </w:tc>
      </w:tr>
      <w:tr>
        <w:tc>
          <w:tcPr>
            <w:tcW w:type="dxa" w:w="6826"/>
          </w:tcPr>
          <w:p>
            <w:r>
              <w:rPr>
                <w:b w:val="0"/>
                <w:sz w:val="18"/>
              </w:rPr>
              <w:t>Mahnkosten (tatsächliche Kosten)</w:t>
            </w:r>
          </w:p>
        </w:tc>
        <w:tc>
          <w:tcPr>
            <w:tcW w:type="dxa" w:w="2926"/>
          </w:tcPr>
          <w:p>
            <w:r>
              <w:rPr>
                <w:b w:val="0"/>
                <w:sz w:val="18"/>
              </w:rPr>
              <w:t>[Betrag] €</w:t>
            </w:r>
          </w:p>
        </w:tc>
      </w:tr>
      <w:tr>
        <w:tc>
          <w:tcPr>
            <w:tcW w:type="dxa" w:w="6826"/>
          </w:tcPr>
          <w:p>
            <w:r>
              <w:rPr>
                <w:b w:val="0"/>
                <w:sz w:val="18"/>
              </w:rPr>
              <w:t>Gesamtforderung</w:t>
            </w:r>
          </w:p>
        </w:tc>
        <w:tc>
          <w:tcPr>
            <w:tcW w:type="dxa" w:w="2926"/>
          </w:tcPr>
          <w:p>
            <w:r>
              <w:rPr>
                <w:b w:val="0"/>
                <w:sz w:val="18"/>
              </w:rPr>
              <w:t>[Betrag] €</w:t>
            </w:r>
          </w:p>
        </w:tc>
      </w:tr>
    </w:tbl>
    <w:p/>
    <w:p>
      <w:r>
        <w:rPr>
          <w:b w:val="0"/>
          <w:sz w:val="20"/>
        </w:rPr>
        <w:t>Wir fordern Sie letztmalig auf, die Gesamtforderung bis zum [Datum] zu zahlen. Geht bis dahin keine Zahlung ein, werden wir ohne weitere Ankündigung das gerichtliche Mahnverfahren einleiten. Die dadurch entstehenden Kosten gehen zu Ihren Lasten.</w:t>
      </w:r>
    </w:p>
    <w:p>
      <w:r>
        <w:rPr>
          <w:b w:val="0"/>
          <w:color w:val="6B6461"/>
          <w:sz w:val="16"/>
        </w:rPr>
        <w:t>Gegenüber Unternehmern: Zinssatz 9 %-Punkte über Basiszins zzgl. Verzugspauschale von 40 € (§ 288 Abs. 2 und 5 BGB).</w:t>
      </w:r>
    </w:p>
    <w:p>
      <w:r>
        <w:rPr>
          <w:b w:val="0"/>
          <w:sz w:val="20"/>
        </w:rPr>
        <w:t>Mit freundlichen Grüßen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</w:tr>
      <w:tr>
        <w:tc>
          <w:tcPr>
            <w:tcW w:type="dxa" w:w="9752"/>
          </w:tcPr>
          <w:p>
            <w:r>
              <w:rPr>
                <w:b w:val="0"/>
                <w:color w:val="6B6461"/>
                <w:sz w:val="16"/>
              </w:rPr>
              <w:t>[Name], [Firmenname]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1020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6461"/>
        <w:sz w:val="14"/>
      </w:rPr>
      <w:t>[Dein Firmenname] · Inhaber: [Name] · [Straße Hausnummer], [PLZ Ort]   |   Steuernummer: [Nummer] · USt-IdNr.: [DE…] · Handwerkskammer: [Kammer]   |   Bank: [Bankname] · IBAN: [DE00 0000 0000 0000 0000 00] · BIC: [BIC]</w:t>
    </w:r>
  </w:p>
  <w:p>
    <w:pPr>
      <w:jc w:val="right"/>
    </w:pPr>
    <w:r>
      <w:rPr>
        <w:b w:val="0"/>
        <w:color w:val="6B6461"/>
        <w:sz w:val="14"/>
      </w:rPr>
      <w:t>Kostenlose Vorlage von hawepro.de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Zahlungserinnerung – Vorlage</dc:title>
  <dc:subject/>
  <dc:creator>Hawepro</dc:creator>
  <cp:keywords/>
  <dc:description>generated by python-docx</dc:description>
  <cp:lastModifiedBy>Hawepro</cp:lastModifiedBy>
  <cp:revision>1</cp:revision>
  <dcterms:created xsi:type="dcterms:W3CDTF">2026-09-24T00:00:00Z</dcterms:created>
  <dcterms:modified xsi:type="dcterms:W3CDTF">2026-09-24T00:00:00Z</dcterms:modified>
  <cp:category/>
</cp:coreProperties>
</file>