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</w:tcPr>
          <w:p>
            <w:r>
              <w:rPr>
                <w:b w:val="0"/>
                <w:color w:val="6B6461"/>
                <w:sz w:val="18"/>
              </w:rPr>
              <w:t>[Dein Logo]</w:t>
            </w:r>
          </w:p>
        </w:tc>
        <w:tc>
          <w:tcPr>
            <w:tcW w:type="dxa" w:w="4876"/>
          </w:tcPr>
          <w:p>
            <w:pPr>
              <w:jc w:val="right"/>
            </w:pPr>
            <w:r>
              <w:rPr>
                <w:b w:val="0"/>
                <w:sz w:val="18"/>
              </w:rPr>
              <w:t>[Dein Firmenname]</w:t>
              <w:br/>
              <w:t>[Straße Hausnummer]</w:t>
              <w:br/>
              <w:t>[PLZ Ort]</w:t>
              <w:br/>
              <w:t>[Telefon] · [E-Mail]</w:t>
            </w:r>
          </w:p>
        </w:tc>
      </w:tr>
    </w:tbl>
    <w:p/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</w:tcPr>
          <w:p>
            <w:r>
              <w:rPr>
                <w:b w:val="0"/>
                <w:color w:val="6B6461"/>
                <w:sz w:val="14"/>
              </w:rPr>
              <w:t>[Dein Firmenname] · [Straße Hausnummer] · [PLZ Ort]</w:t>
              <w:br/>
            </w:r>
            <w:r>
              <w:rPr>
                <w:b w:val="0"/>
                <w:sz w:val="20"/>
              </w:rPr>
              <w:t>Frau</w:t>
              <w:br/>
              <w:t>Erika Muster</w:t>
              <w:br/>
              <w:t>Musterweg 3</w:t>
              <w:br/>
              <w:t>12345 Musterstadt</w:t>
            </w:r>
          </w:p>
        </w:tc>
        <w:tc>
          <w:tcPr>
            <w:tcW w:type="dxa" w:w="4876"/>
          </w:tcPr>
          <w:p>
            <w:pPr>
              <w:jc w:val="right"/>
            </w:pPr>
            <w:r>
              <w:rPr>
                <w:b w:val="0"/>
                <w:sz w:val="18"/>
              </w:rPr>
              <w:t>Lieferscheinnummer: LS-2026-0031</w:t>
              <w:br/>
              <w:t>Lieferdatum: ____________</w:t>
              <w:br/>
              <w:t>Auftragsnummer: ____________</w:t>
              <w:br/>
              <w:t>Kundennummer: ____________</w:t>
            </w:r>
          </w:p>
        </w:tc>
      </w:tr>
    </w:tbl>
    <w:p/>
    <w:p>
      <w:r>
        <w:rPr>
          <w:b/>
          <w:color w:val="A61703"/>
          <w:sz w:val="34"/>
        </w:rPr>
        <w:t>Lieferschein</w:t>
      </w:r>
    </w:p>
    <w:p>
      <w:r>
        <w:rPr>
          <w:b w:val="0"/>
          <w:color w:val="6B6461"/>
          <w:sz w:val="18"/>
        </w:rPr>
        <w:t xml:space="preserve">Lieferadresse (falls abweichend): </w:t>
      </w:r>
      <w:r>
        <w:rPr>
          <w:b w:val="0"/>
          <w:sz w:val="20"/>
        </w:rPr>
        <w:t>____________________________________________________________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950"/>
        <w:gridCol w:w="1950"/>
        <w:gridCol w:w="1950"/>
        <w:gridCol w:w="1950"/>
        <w:gridCol w:w="1950"/>
      </w:tblGrid>
      <w:tr>
        <w:tc>
          <w:tcPr>
            <w:tcW w:type="dxa" w:w="780"/>
            <w:shd w:val="clear" w:fill="F3EEEB"/>
          </w:tcPr>
          <w:p>
            <w:r>
              <w:rPr>
                <w:b/>
                <w:sz w:val="18"/>
              </w:rPr>
              <w:t>Pos.</w:t>
            </w:r>
          </w:p>
        </w:tc>
        <w:tc>
          <w:tcPr>
            <w:tcW w:type="dxa" w:w="1073"/>
            <w:shd w:val="clear" w:fill="F3EEEB"/>
          </w:tcPr>
          <w:p>
            <w:r>
              <w:rPr>
                <w:b/>
                <w:sz w:val="18"/>
              </w:rPr>
              <w:t>Menge</w:t>
            </w:r>
          </w:p>
        </w:tc>
        <w:tc>
          <w:tcPr>
            <w:tcW w:type="dxa" w:w="1073"/>
            <w:shd w:val="clear" w:fill="F3EEEB"/>
          </w:tcPr>
          <w:p>
            <w:r>
              <w:rPr>
                <w:b/>
                <w:sz w:val="18"/>
              </w:rPr>
              <w:t>Einheit</w:t>
            </w:r>
          </w:p>
        </w:tc>
        <w:tc>
          <w:tcPr>
            <w:tcW w:type="dxa" w:w="1560"/>
            <w:shd w:val="clear" w:fill="F3EEEB"/>
          </w:tcPr>
          <w:p>
            <w:r>
              <w:rPr>
                <w:b/>
                <w:sz w:val="18"/>
              </w:rPr>
              <w:t>Artikel-Nr.</w:t>
            </w:r>
          </w:p>
        </w:tc>
        <w:tc>
          <w:tcPr>
            <w:tcW w:type="dxa" w:w="5266"/>
            <w:shd w:val="clear" w:fill="F3EEEB"/>
          </w:tcPr>
          <w:p>
            <w:r>
              <w:rPr>
                <w:b/>
                <w:sz w:val="18"/>
              </w:rPr>
              <w:t>Bezeichnung</w:t>
            </w:r>
          </w:p>
        </w:tc>
      </w:tr>
      <w:tr>
        <w:tc>
          <w:tcPr>
            <w:tcW w:type="dxa" w:w="780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1073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1073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1560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5266"/>
          </w:tcPr>
          <w:p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780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1073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1073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1560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5266"/>
          </w:tcPr>
          <w:p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780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1073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1073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1560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5266"/>
          </w:tcPr>
          <w:p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780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1073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1073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1560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5266"/>
          </w:tcPr>
          <w:p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780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1073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1073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1560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5266"/>
          </w:tcPr>
          <w:p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780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1073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1073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1560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5266"/>
          </w:tcPr>
          <w:p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780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1073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1073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1560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5266"/>
          </w:tcPr>
          <w:p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780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1073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1073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1560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5266"/>
          </w:tcPr>
          <w:p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780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1073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1073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1560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5266"/>
          </w:tcPr>
          <w:p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780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1073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1073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1560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5266"/>
          </w:tcPr>
          <w:p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780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1073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1073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1560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5266"/>
          </w:tcPr>
          <w:p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780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1073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1073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1560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5266"/>
          </w:tcPr>
          <w:p>
            <w:r>
              <w:rPr>
                <w:b w:val="0"/>
                <w:sz w:val="18"/>
              </w:rPr>
            </w:r>
          </w:p>
        </w:tc>
      </w:tr>
    </w:tbl>
    <w:p/>
    <w:p>
      <w:r>
        <w:rPr>
          <w:b w:val="0"/>
          <w:color w:val="6B6461"/>
          <w:sz w:val="18"/>
        </w:rPr>
        <w:t xml:space="preserve">Bemerkungen: </w:t>
      </w:r>
      <w:r>
        <w:rPr>
          <w:b w:val="0"/>
          <w:sz w:val="20"/>
        </w:rPr>
        <w:t>____________________________________________________________</w:t>
      </w:r>
    </w:p>
    <w:p>
      <w:r>
        <w:rPr>
          <w:b w:val="0"/>
          <w:color w:val="6B6461"/>
          <w:sz w:val="18"/>
        </w:rPr>
      </w:r>
      <w:r>
        <w:rPr>
          <w:b w:val="0"/>
          <w:sz w:val="20"/>
        </w:rPr>
        <w:t>____________________________________________________________</w:t>
      </w:r>
    </w:p>
    <w:p>
      <w:r>
        <w:rPr>
          <w:b w:val="0"/>
          <w:sz w:val="20"/>
        </w:rPr>
        <w:t>Die oben aufgeführte Ware / Leistung wurde vollständig und in einwandfreiem Zustand übergeben. Erkennbare Transportschäden sind unter Bemerkungen vermerkt.</w:t>
      </w:r>
    </w:p>
    <w:p/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</w:tcPr>
          <w:p>
            <w:r>
              <w:rPr>
                <w:b w:val="0"/>
                <w:sz w:val="18"/>
              </w:rPr>
              <w:br/>
              <w:br/>
              <w:t>_______________________________</w:t>
            </w:r>
          </w:p>
        </w:tc>
        <w:tc>
          <w:tcPr>
            <w:tcW w:type="dxa" w:w="4876"/>
          </w:tcPr>
          <w:p>
            <w:r>
              <w:rPr>
                <w:b w:val="0"/>
                <w:sz w:val="18"/>
              </w:rPr>
              <w:br/>
              <w:br/>
              <w:t>_______________________________</w:t>
            </w:r>
          </w:p>
        </w:tc>
      </w:tr>
      <w:tr>
        <w:tc>
          <w:tcPr>
            <w:tcW w:type="dxa" w:w="4876"/>
          </w:tcPr>
          <w:p>
            <w:r>
              <w:rPr>
                <w:b w:val="0"/>
                <w:color w:val="6B6461"/>
                <w:sz w:val="16"/>
              </w:rPr>
              <w:t>Datum, Unterschrift Lieferant</w:t>
            </w:r>
          </w:p>
        </w:tc>
        <w:tc>
          <w:tcPr>
            <w:tcW w:type="dxa" w:w="4876"/>
          </w:tcPr>
          <w:p>
            <w:r>
              <w:rPr>
                <w:b w:val="0"/>
                <w:color w:val="6B6461"/>
                <w:sz w:val="16"/>
              </w:rPr>
              <w:t>Ware erhalten: Datum, Name, Unterschrift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850" w:right="1020" w:bottom="141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B6461"/>
        <w:sz w:val="14"/>
      </w:rPr>
      <w:t>[Dein Firmenname] · Inhaber: [Name] · [Straße Hausnummer], [PLZ Ort]   |   Steuernummer: [Nummer] · USt-IdNr.: [DE…] · Handwerkskammer: [Kammer]   |   Bank: [Bankname] · IBAN: [DE00 0000 0000 0000 0000 00] · BIC: [BIC]</w:t>
    </w:r>
  </w:p>
  <w:p>
    <w:pPr>
      <w:jc w:val="right"/>
    </w:pPr>
    <w:r>
      <w:rPr>
        <w:b w:val="0"/>
        <w:color w:val="6B6461"/>
        <w:sz w:val="14"/>
      </w:rPr>
      <w:t>Kostenlose Vorlage von hawepro.de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Lieferschein – Vorlage</dc:title>
  <dc:subject/>
  <dc:creator>Hawepro</dc:creator>
  <cp:keywords/>
  <dc:description>generated by python-docx</dc:description>
  <cp:lastModifiedBy>Hawepro</cp:lastModifiedBy>
  <cp:revision>1</cp:revision>
  <dcterms:created xsi:type="dcterms:W3CDTF">2026-09-24T00:00:00Z</dcterms:created>
  <dcterms:modified xsi:type="dcterms:W3CDTF">2026-09-24T00:00:00Z</dcterms:modified>
  <cp:category/>
</cp:coreProperties>
</file>