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ook w:firstColumn="1" w:firstRow="1" w:lastColumn="0" w:lastRow="0" w:noHBand="0" w:noVBand="1" w:val="04A0"/>
      </w:tblPr>
      <w:tblGrid>
        <w:gridCol w:w="4876"/>
        <w:gridCol w:w="4876"/>
      </w:tblGrid>
      <w:tr>
        <w:tc>
          <w:tcPr>
            <w:tcW w:type="dxa" w:w="4876"/>
          </w:tcPr>
          <w:p>
            <w:r>
              <w:rPr>
                <w:b w:val="0"/>
                <w:color w:val="6B6461"/>
                <w:sz w:val="18"/>
              </w:rPr>
              <w:t>[Dein Logo]</w:t>
            </w:r>
          </w:p>
        </w:tc>
        <w:tc>
          <w:tcPr>
            <w:tcW w:type="dxa" w:w="4876"/>
          </w:tcPr>
          <w:p>
            <w:pPr>
              <w:jc w:val="right"/>
            </w:pPr>
            <w:r>
              <w:rPr>
                <w:b w:val="0"/>
                <w:sz w:val="18"/>
              </w:rPr>
              <w:t>[Dein Firmenname]</w:t>
              <w:br/>
              <w:t>[Straße Hausnummer]</w:t>
              <w:br/>
              <w:t>[PLZ Ort]</w:t>
              <w:br/>
              <w:t>[Telefon] · [E-Mail]</w:t>
            </w:r>
          </w:p>
        </w:tc>
      </w:tr>
    </w:tbl>
    <w:p/>
    <w:tbl>
      <w:tblPr>
        <w:tblW w:type="auto" w:w="0"/>
        <w:jc w:val="left"/>
        <w:tblLook w:firstColumn="1" w:firstRow="1" w:lastColumn="0" w:lastRow="0" w:noHBand="0" w:noVBand="1" w:val="04A0"/>
      </w:tblPr>
      <w:tblGrid>
        <w:gridCol w:w="4876"/>
        <w:gridCol w:w="4876"/>
      </w:tblGrid>
      <w:tr>
        <w:tc>
          <w:tcPr>
            <w:tcW w:type="dxa" w:w="4876"/>
          </w:tcPr>
          <w:p>
            <w:r>
              <w:rPr>
                <w:b w:val="0"/>
                <w:color w:val="6B6461"/>
                <w:sz w:val="14"/>
              </w:rPr>
              <w:t>[Dein Firmenname] · [Straße Hausnummer] · [PLZ Ort]</w:t>
              <w:br/>
            </w:r>
            <w:r>
              <w:rPr>
                <w:b w:val="0"/>
                <w:sz w:val="20"/>
              </w:rPr>
              <w:t>Frau</w:t>
              <w:br/>
              <w:t>Erika Muster</w:t>
              <w:br/>
              <w:t>Musterweg 3</w:t>
              <w:br/>
              <w:t>12345 Musterstadt</w:t>
            </w:r>
          </w:p>
        </w:tc>
        <w:tc>
          <w:tcPr>
            <w:tcW w:type="dxa" w:w="4876"/>
          </w:tcPr>
          <w:p>
            <w:pPr>
              <w:jc w:val="right"/>
            </w:pPr>
            <w:r>
              <w:rPr>
                <w:b w:val="0"/>
                <w:sz w:val="18"/>
              </w:rPr>
              <w:t>Datum: 24.09.2026</w:t>
              <w:br/>
              <w:t>Unser Zeichen: AN-2026-0042</w:t>
              <w:br/>
              <w:t>Ansprechpartner: [Name]</w:t>
              <w:br/>
              <w:t>Telefon: [Telefonnummer]</w:t>
            </w:r>
          </w:p>
        </w:tc>
      </w:tr>
    </w:tbl>
    <w:p/>
    <w:p>
      <w:r>
        <w:rPr>
          <w:b/>
          <w:color w:val="A61703"/>
          <w:sz w:val="34"/>
        </w:rPr>
        <w:t>Ihr Angebot für die Malerarbeiten im Musterweg 3</w:t>
      </w:r>
    </w:p>
    <w:p>
      <w:r>
        <w:rPr>
          <w:b w:val="0"/>
          <w:sz w:val="20"/>
        </w:rPr>
        <w:t>Sehr geehrte Frau Muster,</w:t>
      </w:r>
    </w:p>
    <w:p>
      <w:r>
        <w:rPr>
          <w:b w:val="0"/>
          <w:sz w:val="20"/>
        </w:rPr>
        <w:t>vielen Dank für das freundliche Gespräch bei Ihnen vor Ort am 20.09.2026. Wie besprochen erhalten Sie anbei unser Angebot für die Renovierung Ihrer Wohnung im Erdgeschoss.</w:t>
      </w:r>
    </w:p>
    <w:p>
      <w:r>
        <w:rPr>
          <w:b w:val="0"/>
          <w:sz w:val="20"/>
        </w:rPr>
        <w:t>Wir haben die Wand- und Deckenflächen nach dem gemeinsamen Aufmaß kalkuliert. Die Spachtelarbeiten in Qualitätsstufe Q2 sorgen für eine gleichmäßige Oberfläche, bevor wir zweimal streichen. Möbel und Böden decken wir vollständig ab, die Endreinigung ist enthalten.</w:t>
      </w:r>
    </w:p>
    <w:p>
      <w:r>
        <w:rPr>
          <w:b w:val="0"/>
          <w:sz w:val="20"/>
        </w:rPr>
        <w:t>Auf Wunsch können wir bereits in der Kalenderwoche 44 beginnen. Die Arbeiten dauern etwa vier Arbeitstage. Das Angebot gilt bis zum 24.10.2026.</w:t>
      </w:r>
    </w:p>
    <w:p>
      <w:r>
        <w:rPr>
          <w:b w:val="0"/>
          <w:sz w:val="20"/>
        </w:rPr>
        <w:t>Haben Sie Fragen oder Änderungswünsche? Rufen Sie mich gerne direkt an. Über Ihren Auftrag würden wir uns sehr freuen.</w:t>
      </w:r>
    </w:p>
    <w:p>
      <w:r>
        <w:rPr>
          <w:b w:val="0"/>
          <w:sz w:val="20"/>
        </w:rPr>
        <w:t>Mit freundlichen Grüßen</w:t>
      </w:r>
    </w:p>
    <w:p/>
    <w:tbl>
      <w:tblPr>
        <w:tblW w:type="auto" w:w="0"/>
        <w:jc w:val="left"/>
        <w:tblLook w:firstColumn="1" w:firstRow="1" w:lastColumn="0" w:lastRow="0" w:noHBand="0" w:noVBand="1" w:val="04A0"/>
      </w:tblPr>
      <w:tblGrid>
        <w:gridCol w:w="9752"/>
      </w:tblGrid>
      <w:tr>
        <w:tc>
          <w:tcPr>
            <w:tcW w:type="dxa" w:w="9752"/>
          </w:tcPr>
          <w:p>
            <w:r>
              <w:rPr>
                <w:b w:val="0"/>
                <w:sz w:val="18"/>
              </w:rPr>
              <w:br/>
              <w:br/>
              <w:t>_______________________________</w:t>
            </w:r>
          </w:p>
        </w:tc>
      </w:tr>
      <w:tr>
        <w:tc>
          <w:tcPr>
            <w:tcW w:type="dxa" w:w="9752"/>
          </w:tcPr>
          <w:p>
            <w:r>
              <w:rPr>
                <w:b w:val="0"/>
                <w:color w:val="6B6461"/>
                <w:sz w:val="16"/>
              </w:rPr>
              <w:t>[Name], [Firmenname]</w:t>
            </w:r>
          </w:p>
        </w:tc>
      </w:tr>
    </w:tbl>
    <w:p/>
    <w:p>
      <w:r>
        <w:rPr>
          <w:b w:val="0"/>
          <w:color w:val="6B6461"/>
          <w:sz w:val="16"/>
        </w:rPr>
        <w:t>Anlage: Angebot AN-2026-0042</w:t>
      </w:r>
    </w:p>
    <w:sectPr w:rsidR="00FC693F" w:rsidRPr="0006063C" w:rsidSect="00034616">
      <w:footerReference w:type="default" r:id="rId9"/>
      <w:pgSz w:w="11906" w:h="16838"/>
      <w:pgMar w:top="850" w:right="1020" w:bottom="141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6461"/>
        <w:sz w:val="14"/>
      </w:rPr>
      <w:t>[Dein Firmenname] · Inhaber: [Name] · [Straße Hausnummer], [PLZ Ort]   |   Steuernummer: [Nummer] · USt-IdNr.: [DE…] · Handwerkskammer: [Kammer]   |   Bank: [Bankname] · IBAN: [DE00 0000 0000 0000 0000 00] · BIC: [BIC]</w:t>
    </w:r>
  </w:p>
  <w:p>
    <w:pPr>
      <w:jc w:val="right"/>
    </w:pPr>
    <w:r>
      <w:rPr>
        <w:b w:val="0"/>
        <w:color w:val="6B6461"/>
        <w:sz w:val="14"/>
      </w:rPr>
      <w:t>Kostenlose Vorlage von hawepro.de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Angebot für die Malerarbeiten im Musterweg 3 – Vorlage</dc:title>
  <dc:subject/>
  <dc:creator>Hawepro</dc:creator>
  <cp:keywords/>
  <dc:description>generated by python-docx</dc:description>
  <cp:lastModifiedBy>Hawepro</cp:lastModifiedBy>
  <cp:revision>1</cp:revision>
  <dcterms:created xsi:type="dcterms:W3CDTF">2026-09-24T00:00:00Z</dcterms:created>
  <dcterms:modified xsi:type="dcterms:W3CDTF">2026-09-24T00:00:00Z</dcterms:modified>
  <cp:category/>
</cp:coreProperties>
</file>