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4"/>
              </w:rPr>
              <w:t>[Dein Firmenname] · [Straße Hausnummer] · [PLZ Ort]</w:t>
              <w:br/>
            </w:r>
            <w:r>
              <w:rPr>
                <w:b w:val="0"/>
                <w:sz w:val="20"/>
              </w:rPr>
              <w:t>Frau</w:t>
              <w:br/>
              <w:t>Erika Muster</w:t>
              <w:br/>
              <w:t>Musterweg 3</w:t>
              <w:br/>
              <w:t>12345 Musterstadt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Angebotsnummer: AN-2026-0042</w:t>
              <w:br/>
              <w:t>Datum: 24.09.2026</w:t>
              <w:br/>
              <w:t>Kundennummer: K-1017</w:t>
              <w:br/>
              <w:t>Gültig bis: 24.10.2026</w:t>
              <w:br/>
              <w:t>Bauvorhaben: Wohnung EG, Musterweg 3</w:t>
            </w:r>
          </w:p>
        </w:tc>
      </w:tr>
    </w:tbl>
    <w:p/>
    <w:p>
      <w:r>
        <w:rPr>
          <w:b/>
          <w:color w:val="A61703"/>
          <w:sz w:val="34"/>
        </w:rPr>
        <w:t>Angebot</w:t>
      </w:r>
    </w:p>
    <w:p>
      <w:r>
        <w:rPr>
          <w:b w:val="0"/>
          <w:sz w:val="20"/>
        </w:rPr>
        <w:t>Sehr geehrte Frau Muster,</w:t>
      </w:r>
    </w:p>
    <w:p>
      <w:r>
        <w:rPr>
          <w:b w:val="0"/>
          <w:sz w:val="20"/>
        </w:rPr>
        <w:t>vielen Dank für Ihre Anfrage und den freundlichen Termin vor Ort. Gerne bieten wir Ihnen die folgenden Leistungen zu den unten genannten Bedingungen an: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683"/>
            <w:shd w:val="clear" w:fill="F3EEEB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975"/>
            <w:shd w:val="clear" w:fill="F3EEEB"/>
          </w:tcPr>
          <w:p>
            <w:r>
              <w:rPr>
                <w:b/>
                <w:sz w:val="18"/>
              </w:rPr>
              <w:t>Menge</w:t>
            </w:r>
          </w:p>
        </w:tc>
        <w:tc>
          <w:tcPr>
            <w:tcW w:type="dxa" w:w="780"/>
            <w:shd w:val="clear" w:fill="F3EEEB"/>
          </w:tcPr>
          <w:p>
            <w:r>
              <w:rPr>
                <w:b/>
                <w:sz w:val="18"/>
              </w:rPr>
              <w:t>Einheit</w:t>
            </w:r>
          </w:p>
        </w:tc>
        <w:tc>
          <w:tcPr>
            <w:tcW w:type="dxa" w:w="4583"/>
            <w:shd w:val="clear" w:fill="F3EEEB"/>
          </w:tcPr>
          <w:p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1365"/>
            <w:shd w:val="clear" w:fill="F3EEEB"/>
          </w:tcPr>
          <w:p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365"/>
            <w:shd w:val="clear" w:fill="F3EEEB"/>
          </w:tcPr>
          <w:p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psch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Baustelleneinrichtung, Abdecken von Böden und Möbeln mit Folie und Malervlies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180,00 €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180,00 €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64,5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Wandflächen spachteln (Q2) und schleifen, Oberflächen staubfrei vorbereiten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9,80 €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632,10 €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64,5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Wandflächen zweimal streichen mit Dispersionsfarbe, Farbton Weiß (RAL 9010)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7,40 €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477,30 €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22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Deckenflächen zweimal streichen, inkl. Schutz der Einbauleuchten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8,20 €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180,40 €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Std.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Nebenarbeiten nach Aufwand: Silikonfugen erneuern, Endreinigung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58,00 €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232,00 €</w:t>
            </w:r>
          </w:p>
        </w:tc>
      </w:tr>
    </w:tbl>
    <w:p/>
    <w:p>
      <w:pPr>
        <w:spacing w:after="0"/>
        <w:jc w:val="right"/>
      </w:pPr>
      <w:r>
        <w:rPr>
          <w:b w:val="0"/>
          <w:sz w:val="20"/>
        </w:rPr>
        <w:t>Summe netto:   1.701,80 €</w:t>
      </w:r>
    </w:p>
    <w:p>
      <w:pPr>
        <w:spacing w:after="0"/>
        <w:jc w:val="right"/>
      </w:pPr>
      <w:r>
        <w:rPr>
          <w:b w:val="0"/>
          <w:sz w:val="20"/>
        </w:rPr>
        <w:t>zzgl. 19 % Umsatzsteuer:   323,34 €</w:t>
      </w:r>
    </w:p>
    <w:p>
      <w:pPr>
        <w:spacing w:after="0"/>
        <w:jc w:val="right"/>
      </w:pPr>
      <w:r>
        <w:rPr>
          <w:b/>
          <w:sz w:val="20"/>
        </w:rPr>
        <w:t>Gesamtbetrag:   2.025,14 €</w:t>
      </w:r>
    </w:p>
    <w:p/>
    <w:p>
      <w:r>
        <w:rPr>
          <w:b w:val="0"/>
          <w:color w:val="6B6461"/>
          <w:sz w:val="16"/>
        </w:rPr>
        <w:t>Im Gesamtbetrag sind Lohnkosten in Höhe von 1.316,90 € netto (1.567,11 € brutto) enthalten. Diese können Privatkunden nach § 35a EStG steuerlich geltend machen.</w:t>
      </w:r>
    </w:p>
    <w:p>
      <w:r>
        <w:rPr>
          <w:b w:val="0"/>
          <w:sz w:val="20"/>
        </w:rPr>
        <w:t>Ausführungszeitraum: voraussichtlich KW 44/2026, Dauer ca. 4 Arbeitstage. Zahlungsbedingungen: zahlbar innerhalb von 14 Tagen nach Rechnungsstellung ohne Abzug.</w:t>
      </w:r>
    </w:p>
    <w:p>
      <w:r>
        <w:rPr>
          <w:b w:val="0"/>
          <w:sz w:val="20"/>
        </w:rPr>
        <w:t>An dieses Angebot halten wir uns bis zum oben genannten Datum gebunden. Über Ihren Auftrag freuen wir uns. Bei Fragen erreichen Sie uns jederzeit unter der unten stehenden Telefonnummer.</w:t>
      </w:r>
    </w:p>
    <w:p>
      <w:r>
        <w:rPr>
          <w:b w:val="0"/>
          <w:sz w:val="20"/>
        </w:rPr>
        <w:t>Mit freundlichen Grüßen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  <w:tc>
          <w:tcPr>
            <w:tcW w:type="dxa" w:w="4876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4876"/>
          </w:tcPr>
          <w:p>
            <w:r>
              <w:rPr>
                <w:b w:val="0"/>
                <w:color w:val="6B6461"/>
                <w:sz w:val="16"/>
              </w:rPr>
              <w:t>[Name], [Firmenname]</w:t>
            </w:r>
          </w:p>
        </w:tc>
        <w:tc>
          <w:tcPr>
            <w:tcW w:type="dxa" w:w="4876"/>
          </w:tcPr>
          <w:p>
            <w:r>
              <w:rPr>
                <w:b w:val="0"/>
                <w:color w:val="6B6461"/>
                <w:sz w:val="16"/>
              </w:rPr>
              <w:t>Auftrag erteilt: Datum, Unterschrift Auftraggeber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6461"/>
        <w:sz w:val="14"/>
      </w:rPr>
      <w:t>[Dein Firmenname] · Inhaber: [Name] · [Straße Hausnummer], [PLZ Ort]   |   Steuernummer: [Nummer] · USt-IdNr.: [DE…] · Handwerkskammer: [Kammer]   |   Bank: [Bankname] · IBAN: [DE00 0000 0000 0000 0000 00] · BIC: [BIC]</w:t>
    </w:r>
  </w:p>
  <w:p>
    <w:pPr>
      <w:jc w:val="right"/>
    </w:pPr>
    <w:r>
      <w:rPr>
        <w:b w:val="0"/>
        <w:color w:val="6B6461"/>
        <w:sz w:val="14"/>
      </w:rPr>
      <w:t>Kostenlose Vorlage von hawepro.de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– Vorlage</dc:title>
  <dc:subject/>
  <dc:creator>Hawepro</dc:creator>
  <cp:keywords/>
  <dc:description>generated by python-docx</dc:description>
  <cp:lastModifiedBy>Hawepro</cp:lastModifiedBy>
  <cp:revision>1</cp:revision>
  <dcterms:created xsi:type="dcterms:W3CDTF">2026-09-24T00:00:00Z</dcterms:created>
  <dcterms:modified xsi:type="dcterms:W3CDTF">2026-09-24T00:00:00Z</dcterms:modified>
  <cp:category/>
</cp:coreProperties>
</file>