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color w:val="6B6461"/>
                <w:sz w:val="18"/>
              </w:rPr>
              <w:t>[Dein Logo]</w:t>
            </w:r>
          </w:p>
        </w:tc>
        <w:tc>
          <w:tcPr>
            <w:tcW w:type="dxa" w:w="4876"/>
          </w:tcPr>
          <w:p>
            <w:pPr>
              <w:jc w:val="right"/>
            </w:pPr>
            <w:r>
              <w:rPr>
                <w:b w:val="0"/>
                <w:sz w:val="18"/>
              </w:rPr>
              <w:t>[Dein Firmenname]</w:t>
              <w:br/>
              <w:t>[Straße Hausnummer]</w:t>
              <w:br/>
              <w:t>[PLZ Ort]</w:t>
              <w:br/>
              <w:t>[Telefon] · [E-Mail]</w:t>
            </w:r>
          </w:p>
        </w:tc>
      </w:tr>
    </w:tbl>
    <w:p/>
    <w:p>
      <w:r>
        <w:rPr>
          <w:b/>
          <w:color w:val="A61703"/>
          <w:sz w:val="34"/>
        </w:rPr>
        <w:t>Abnahmeprotokoll</w:t>
      </w:r>
    </w:p>
    <w:p>
      <w:r>
        <w:rPr>
          <w:b w:val="0"/>
          <w:color w:val="6B6461"/>
          <w:sz w:val="18"/>
        </w:rPr>
        <w:t xml:space="preserve">Bauvorhaben / Adresse: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Auftraggeber: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Auftragnehmer: </w:t>
      </w:r>
      <w:r>
        <w:rPr>
          <w:b w:val="0"/>
          <w:sz w:val="20"/>
        </w:rPr>
        <w:t>[Firmenname]</w:t>
      </w:r>
    </w:p>
    <w:p>
      <w:r>
        <w:rPr>
          <w:b w:val="0"/>
          <w:color w:val="6B6461"/>
          <w:sz w:val="18"/>
        </w:rPr>
        <w:t xml:space="preserve">Vertrag / Auftrag vom: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Leistung / Gewerk: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Datum und Ort der Abnahme: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Anwesend: </w:t>
      </w:r>
      <w:r>
        <w:rPr>
          <w:b w:val="0"/>
          <w:sz w:val="20"/>
        </w:rPr>
        <w:t>____________________________________________________________</w:t>
      </w:r>
    </w:p>
    <w:p>
      <w:r>
        <w:rPr>
          <w:b/>
          <w:sz w:val="20"/>
        </w:rPr>
        <w:t>Ergebnis der Abnahme</w:t>
      </w:r>
    </w:p>
    <w:p>
      <w:r>
        <w:rPr>
          <w:b w:val="0"/>
          <w:sz w:val="20"/>
        </w:rPr>
        <w:t>☐  Die Leistung wird ohne Mängel abgenommen.</w:t>
      </w:r>
    </w:p>
    <w:p>
      <w:r>
        <w:rPr>
          <w:b w:val="0"/>
          <w:sz w:val="20"/>
        </w:rPr>
        <w:t>☐  Die Leistung wird abgenommen. Die unten aufgeführten Mängel werden vorbehalten.</w:t>
      </w:r>
    </w:p>
    <w:p>
      <w:r>
        <w:rPr>
          <w:b w:val="0"/>
          <w:sz w:val="20"/>
        </w:rPr>
        <w:t>☐  Die Abnahme wird wegen wesentlicher Mängel verweigert (Gründe unten).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c>
          <w:tcPr>
            <w:tcW w:type="dxa" w:w="780"/>
            <w:shd w:val="clear" w:fill="F3EEEB"/>
          </w:tcPr>
          <w:p>
            <w:r>
              <w:rPr>
                <w:b/>
                <w:sz w:val="18"/>
              </w:rPr>
              <w:t>Nr.</w:t>
            </w:r>
          </w:p>
        </w:tc>
        <w:tc>
          <w:tcPr>
            <w:tcW w:type="dxa" w:w="6826"/>
            <w:shd w:val="clear" w:fill="F3EEEB"/>
          </w:tcPr>
          <w:p>
            <w:r>
              <w:rPr>
                <w:b/>
                <w:sz w:val="18"/>
              </w:rPr>
              <w:t>Festgestellter Mangel / Restleistung</w:t>
            </w:r>
          </w:p>
        </w:tc>
        <w:tc>
          <w:tcPr>
            <w:tcW w:type="dxa" w:w="2145"/>
            <w:shd w:val="clear" w:fill="F3EEEB"/>
          </w:tcPr>
          <w:p>
            <w:r>
              <w:rPr>
                <w:b/>
                <w:sz w:val="18"/>
              </w:rPr>
              <w:t>Beseitigung bis</w:t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80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826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145"/>
          </w:tcPr>
          <w:p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Vorbehalte</w:t>
      </w:r>
    </w:p>
    <w:p>
      <w:r>
        <w:rPr>
          <w:b w:val="0"/>
          <w:sz w:val="20"/>
        </w:rPr>
        <w:t>☐  Vorbehalt der Vertragsstrafe</w:t>
      </w:r>
    </w:p>
    <w:p>
      <w:r>
        <w:rPr>
          <w:b w:val="0"/>
          <w:sz w:val="20"/>
        </w:rPr>
        <w:t>☐  Vorbehalt bekannter Mängel (siehe Liste)</w:t>
      </w:r>
    </w:p>
    <w:p>
      <w:r>
        <w:rPr>
          <w:b w:val="0"/>
          <w:color w:val="6B6461"/>
          <w:sz w:val="18"/>
        </w:rPr>
        <w:t xml:space="preserve">Beginn der Verjährungsfrist für Mängelansprüche: </w:t>
      </w:r>
      <w:r>
        <w:rPr>
          <w:b w:val="0"/>
          <w:sz w:val="20"/>
        </w:rPr>
        <w:t>____________________________________________________________</w:t>
      </w:r>
    </w:p>
    <w:p>
      <w:r>
        <w:rPr>
          <w:b w:val="0"/>
          <w:color w:val="6B6461"/>
          <w:sz w:val="18"/>
        </w:rPr>
        <w:t xml:space="preserve">Bemerkungen: </w:t>
      </w:r>
      <w:r>
        <w:rPr>
          <w:b w:val="0"/>
          <w:sz w:val="20"/>
        </w:rPr>
        <w:t>____________________________________________________________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  <w:tc>
          <w:tcPr>
            <w:tcW w:type="dxa" w:w="4876"/>
          </w:tcPr>
          <w:p>
            <w:r>
              <w:rPr>
                <w:b w:val="0"/>
                <w:sz w:val="18"/>
              </w:rPr>
              <w:br/>
              <w:br/>
              <w:t>_______________________________</w:t>
            </w:r>
          </w:p>
        </w:tc>
      </w:tr>
      <w:tr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Auftraggeber: Ort, Datum, Unterschrift</w:t>
            </w:r>
          </w:p>
        </w:tc>
        <w:tc>
          <w:tcPr>
            <w:tcW w:type="dxa" w:w="4876"/>
          </w:tcPr>
          <w:p>
            <w:r>
              <w:rPr>
                <w:b w:val="0"/>
                <w:color w:val="6B6461"/>
                <w:sz w:val="16"/>
              </w:rPr>
              <w:t>Auftragnehmer: Ort, Datum, Unterschrift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1020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6461"/>
        <w:sz w:val="14"/>
      </w:rPr>
      <w:t>[Dein Firmenname] · Inhaber: [Name] · [Straße Hausnummer], [PLZ Ort]   |   Steuernummer: [Nummer] · USt-IdNr.: [DE…] · Handwerkskammer: [Kammer]   |   Bank: [Bankname] · IBAN: [DE00 0000 0000 0000 0000 00] · BIC: [BIC]</w:t>
    </w:r>
  </w:p>
  <w:p>
    <w:pPr>
      <w:jc w:val="right"/>
    </w:pPr>
    <w:r>
      <w:rPr>
        <w:b w:val="0"/>
        <w:color w:val="6B6461"/>
        <w:sz w:val="14"/>
      </w:rPr>
      <w:t>Kostenlose Vorlage von hawepro.de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Abnahmeprotokoll – Vorlage</dc:title>
  <dc:subject/>
  <dc:creator>Hawepro</dc:creator>
  <cp:keywords/>
  <dc:description>generated by python-docx</dc:description>
  <cp:lastModifiedBy>Hawepro</cp:lastModifiedBy>
  <cp:revision>1</cp:revision>
  <dcterms:created xsi:type="dcterms:W3CDTF">2026-09-24T00:00:00Z</dcterms:created>
  <dcterms:modified xsi:type="dcterms:W3CDTF">2026-09-24T00:00:00Z</dcterms:modified>
  <cp:category/>
</cp:coreProperties>
</file>